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91555" w14:textId="77777777" w:rsidR="00B04257" w:rsidRDefault="004105A1">
      <w:r>
        <w:rPr>
          <w:rFonts w:ascii="ＭＳ 明朝" w:eastAsia="ＭＳ 明朝" w:hAnsi="ＭＳ 明朝" w:hint="eastAsia"/>
        </w:rPr>
        <w:t>（様式第１号）</w:t>
      </w:r>
    </w:p>
    <w:p w14:paraId="10242151" w14:textId="77777777" w:rsidR="00B04257" w:rsidRDefault="004105A1">
      <w:pPr>
        <w:jc w:val="center"/>
      </w:pPr>
      <w:r>
        <w:rPr>
          <w:rFonts w:ascii="ＭＳ ゴシック" w:eastAsia="ＭＳ ゴシック" w:hAnsi="ＭＳ ゴシック" w:hint="eastAsia"/>
          <w:b/>
          <w:sz w:val="36"/>
        </w:rPr>
        <w:t>展示会等出展収支予算書</w:t>
      </w:r>
    </w:p>
    <w:p w14:paraId="551EE62F" w14:textId="77777777" w:rsidR="00B04257" w:rsidRDefault="004105A1">
      <w:pPr>
        <w:jc w:val="right"/>
      </w:pPr>
      <w:r>
        <w:rPr>
          <w:rFonts w:ascii="ＭＳ 明朝" w:eastAsia="ＭＳ 明朝" w:hAnsi="ＭＳ 明朝" w:hint="eastAsia"/>
        </w:rPr>
        <w:t>令和      年      月      日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6241"/>
      </w:tblGrid>
      <w:tr w:rsidR="00B04257" w14:paraId="35754896" w14:textId="77777777" w:rsidTr="004105A1">
        <w:trPr>
          <w:jc w:val="center"/>
        </w:trPr>
        <w:tc>
          <w:tcPr>
            <w:tcW w:w="3119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717709" w14:textId="77777777" w:rsidR="00B04257" w:rsidRDefault="004105A1">
            <w:pPr>
              <w:jc w:val="center"/>
            </w:pPr>
            <w:proofErr w:type="spellStart"/>
            <w:r>
              <w:rPr>
                <w:rFonts w:ascii="ＭＳ ゴシック" w:eastAsia="ＭＳ ゴシック" w:hAnsi="ＭＳ ゴシック" w:hint="eastAsia"/>
                <w:b/>
              </w:rPr>
              <w:t>出展事業者</w:t>
            </w:r>
            <w:proofErr w:type="spellEnd"/>
          </w:p>
        </w:tc>
        <w:tc>
          <w:tcPr>
            <w:tcW w:w="6241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F06592" w14:textId="77777777" w:rsidR="00B04257" w:rsidRDefault="00B04257"/>
        </w:tc>
      </w:tr>
    </w:tbl>
    <w:p w14:paraId="6F6E8552" w14:textId="77777777" w:rsidR="00B04257" w:rsidRDefault="004105A1">
      <w:pPr>
        <w:spacing w:before="300"/>
      </w:pPr>
      <w:r>
        <w:rPr>
          <w:rFonts w:ascii="ＭＳ ゴシック" w:eastAsia="ＭＳ ゴシック" w:hAnsi="ＭＳ ゴシック" w:hint="eastAsia"/>
          <w:b/>
          <w:sz w:val="24"/>
        </w:rPr>
        <w:t>【収入の部（税抜）】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04257" w14:paraId="32A2AB07" w14:textId="77777777">
        <w:trPr>
          <w:jc w:val="center"/>
        </w:trPr>
        <w:tc>
          <w:tcPr>
            <w:tcW w:w="3120" w:type="dxa"/>
            <w:shd w:val="clear" w:color="auto" w:fill="F2F2F2"/>
          </w:tcPr>
          <w:p w14:paraId="7DFD8B07" w14:textId="77777777" w:rsidR="00B04257" w:rsidRDefault="004105A1" w:rsidP="004105A1">
            <w:pPr>
              <w:jc w:val="center"/>
            </w:pPr>
            <w:proofErr w:type="gramStart"/>
            <w:r>
              <w:rPr>
                <w:rFonts w:ascii="ＭＳ ゴシック" w:eastAsia="ＭＳ ゴシック" w:hAnsi="ＭＳ ゴシック" w:hint="eastAsia"/>
                <w:b/>
              </w:rPr>
              <w:t>科  目</w:t>
            </w:r>
            <w:proofErr w:type="gramEnd"/>
          </w:p>
        </w:tc>
        <w:tc>
          <w:tcPr>
            <w:tcW w:w="3120" w:type="dxa"/>
            <w:shd w:val="clear" w:color="auto" w:fill="F2F2F2"/>
          </w:tcPr>
          <w:p w14:paraId="02CB8FA5" w14:textId="77777777" w:rsidR="00B04257" w:rsidRDefault="004105A1" w:rsidP="004105A1">
            <w:pPr>
              <w:jc w:val="center"/>
            </w:pPr>
            <w:r>
              <w:rPr>
                <w:rFonts w:ascii="ＭＳ ゴシック" w:eastAsia="ＭＳ ゴシック" w:hAnsi="ＭＳ ゴシック" w:hint="eastAsia"/>
                <w:b/>
              </w:rPr>
              <w:t>予算額（円）</w:t>
            </w:r>
          </w:p>
        </w:tc>
        <w:tc>
          <w:tcPr>
            <w:tcW w:w="3120" w:type="dxa"/>
            <w:shd w:val="clear" w:color="auto" w:fill="F2F2F2"/>
          </w:tcPr>
          <w:p w14:paraId="56526968" w14:textId="77777777" w:rsidR="00B04257" w:rsidRDefault="004105A1" w:rsidP="004105A1">
            <w:pPr>
              <w:jc w:val="center"/>
            </w:pPr>
            <w:proofErr w:type="gramStart"/>
            <w:r>
              <w:rPr>
                <w:rFonts w:ascii="ＭＳ ゴシック" w:eastAsia="ＭＳ ゴシック" w:hAnsi="ＭＳ ゴシック" w:hint="eastAsia"/>
                <w:b/>
              </w:rPr>
              <w:t>備  考</w:t>
            </w:r>
            <w:proofErr w:type="gramEnd"/>
          </w:p>
        </w:tc>
      </w:tr>
      <w:tr w:rsidR="00B04257" w14:paraId="5E9B573C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87F9C5" w14:textId="77777777" w:rsidR="00B04257" w:rsidRDefault="004105A1">
            <w:r>
              <w:rPr>
                <w:rFonts w:ascii="ＭＳ 明朝" w:eastAsia="ＭＳ 明朝" w:hAnsi="ＭＳ 明朝" w:hint="eastAsia"/>
              </w:rPr>
              <w:t>自己資金</w:t>
            </w:r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85C651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1603C4" w14:textId="77777777" w:rsidR="00B04257" w:rsidRDefault="00B04257"/>
        </w:tc>
      </w:tr>
      <w:tr w:rsidR="00B04257" w14:paraId="6585D81A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6E7B42" w14:textId="77777777" w:rsidR="00B04257" w:rsidRDefault="004105A1">
            <w:r>
              <w:rPr>
                <w:rFonts w:ascii="ＭＳ 明朝" w:eastAsia="ＭＳ 明朝" w:hAnsi="ＭＳ 明朝" w:hint="eastAsia"/>
              </w:rPr>
              <w:t>大津商工会議所助成金</w:t>
            </w:r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7B3A04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6D7748" w14:textId="26E5FA83" w:rsidR="000A57D6" w:rsidRPr="000A57D6" w:rsidRDefault="004105A1">
            <w:pPr>
              <w:rPr>
                <w:rFonts w:ascii="ＭＳ 明朝" w:eastAsia="ＭＳ 明朝" w:hAnsi="ＭＳ 明朝" w:hint="eastAsia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※今回助成金申請額（対象経費の2分の1以内、上限40万円）</w:t>
            </w:r>
            <w:r w:rsidR="000A57D6">
              <w:rPr>
                <w:rFonts w:ascii="ＭＳ 明朝" w:eastAsia="ＭＳ 明朝" w:hAnsi="ＭＳ 明朝"/>
                <w:lang w:eastAsia="ja-JP"/>
              </w:rPr>
              <w:br/>
            </w:r>
            <w:r w:rsidR="000A57D6">
              <w:rPr>
                <w:rFonts w:ascii="ＭＳ 明朝" w:eastAsia="ＭＳ 明朝" w:hAnsi="ＭＳ 明朝" w:hint="eastAsia"/>
                <w:lang w:eastAsia="ja-JP"/>
              </w:rPr>
              <w:t>※千円未満は切り捨て</w:t>
            </w:r>
          </w:p>
        </w:tc>
      </w:tr>
      <w:tr w:rsidR="00B04257" w14:paraId="44EA8FEF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C03A35" w14:textId="77777777" w:rsidR="00B04257" w:rsidRDefault="004105A1">
            <w:pPr>
              <w:jc w:val="center"/>
            </w:pPr>
            <w:proofErr w:type="spellStart"/>
            <w:r>
              <w:rPr>
                <w:rFonts w:ascii="ＭＳ ゴシック" w:eastAsia="ＭＳ ゴシック" w:hAnsi="ＭＳ ゴシック" w:hint="eastAsia"/>
                <w:b/>
              </w:rPr>
              <w:t>収入合計</w:t>
            </w:r>
            <w:proofErr w:type="spellEnd"/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85D826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C1FBEC" w14:textId="77777777" w:rsidR="00B04257" w:rsidRDefault="00B04257"/>
        </w:tc>
      </w:tr>
    </w:tbl>
    <w:p w14:paraId="75A09FC2" w14:textId="77777777" w:rsidR="00B04257" w:rsidRDefault="004105A1">
      <w:pPr>
        <w:spacing w:before="300"/>
      </w:pPr>
      <w:r>
        <w:rPr>
          <w:rFonts w:ascii="ＭＳ ゴシック" w:eastAsia="ＭＳ ゴシック" w:hAnsi="ＭＳ ゴシック" w:hint="eastAsia"/>
          <w:b/>
          <w:sz w:val="24"/>
        </w:rPr>
        <w:t>【支出の部（税抜）】</w:t>
      </w:r>
    </w:p>
    <w:p w14:paraId="2E1DD0CF" w14:textId="77777777" w:rsidR="00B04257" w:rsidRDefault="004105A1">
      <w:pPr>
        <w:rPr>
          <w:lang w:eastAsia="ja-JP"/>
        </w:rPr>
      </w:pPr>
      <w:r>
        <w:rPr>
          <w:rFonts w:ascii="ＭＳ 明朝" w:eastAsia="ＭＳ 明朝" w:hAnsi="ＭＳ 明朝" w:hint="eastAsia"/>
          <w:i/>
          <w:sz w:val="20"/>
          <w:lang w:eastAsia="ja-JP"/>
        </w:rPr>
        <w:t>※記入例を参考に対象経費のみ記載ください。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04257" w14:paraId="7C2AB52C" w14:textId="77777777">
        <w:trPr>
          <w:jc w:val="center"/>
        </w:trPr>
        <w:tc>
          <w:tcPr>
            <w:tcW w:w="3120" w:type="dxa"/>
            <w:shd w:val="clear" w:color="auto" w:fill="F2F2F2"/>
          </w:tcPr>
          <w:p w14:paraId="48E06E70" w14:textId="77777777" w:rsidR="00B04257" w:rsidRDefault="004105A1">
            <w:pPr>
              <w:jc w:val="center"/>
            </w:pPr>
            <w:proofErr w:type="gramStart"/>
            <w:r>
              <w:rPr>
                <w:rFonts w:ascii="ＭＳ ゴシック" w:eastAsia="ＭＳ ゴシック" w:hAnsi="ＭＳ ゴシック" w:hint="eastAsia"/>
                <w:b/>
              </w:rPr>
              <w:t>科  目</w:t>
            </w:r>
            <w:proofErr w:type="gramEnd"/>
          </w:p>
        </w:tc>
        <w:tc>
          <w:tcPr>
            <w:tcW w:w="3120" w:type="dxa"/>
            <w:shd w:val="clear" w:color="auto" w:fill="F2F2F2"/>
          </w:tcPr>
          <w:p w14:paraId="64F9A556" w14:textId="77777777" w:rsidR="00B04257" w:rsidRDefault="004105A1">
            <w:pPr>
              <w:jc w:val="center"/>
            </w:pPr>
            <w:r>
              <w:rPr>
                <w:rFonts w:ascii="ＭＳ ゴシック" w:eastAsia="ＭＳ ゴシック" w:hAnsi="ＭＳ ゴシック" w:hint="eastAsia"/>
                <w:b/>
              </w:rPr>
              <w:t>予算額（円）</w:t>
            </w:r>
          </w:p>
        </w:tc>
        <w:tc>
          <w:tcPr>
            <w:tcW w:w="3120" w:type="dxa"/>
            <w:shd w:val="clear" w:color="auto" w:fill="F2F2F2"/>
          </w:tcPr>
          <w:p w14:paraId="5848CE99" w14:textId="77777777" w:rsidR="00B04257" w:rsidRDefault="004105A1">
            <w:pPr>
              <w:jc w:val="center"/>
            </w:pPr>
            <w:proofErr w:type="gramStart"/>
            <w:r>
              <w:rPr>
                <w:rFonts w:ascii="ＭＳ ゴシック" w:eastAsia="ＭＳ ゴシック" w:hAnsi="ＭＳ ゴシック" w:hint="eastAsia"/>
                <w:b/>
              </w:rPr>
              <w:t>備  考</w:t>
            </w:r>
            <w:proofErr w:type="gramEnd"/>
          </w:p>
        </w:tc>
      </w:tr>
      <w:tr w:rsidR="00B04257" w14:paraId="4B6661BB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0C1A44" w14:textId="77777777" w:rsidR="00B04257" w:rsidRDefault="004105A1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>①</w:t>
            </w:r>
            <w:proofErr w:type="spellStart"/>
            <w:r>
              <w:rPr>
                <w:rFonts w:ascii="ＭＳ 明朝" w:eastAsia="ＭＳ 明朝" w:hAnsi="ＭＳ 明朝" w:hint="eastAsia"/>
              </w:rPr>
              <w:t>ブース出展料</w:t>
            </w:r>
            <w:proofErr w:type="spellEnd"/>
          </w:p>
          <w:p w14:paraId="0D7540EA" w14:textId="77777777" w:rsidR="00C3327D" w:rsidRDefault="00C3327D">
            <w:pPr>
              <w:rPr>
                <w:lang w:eastAsia="ja-JP"/>
              </w:rPr>
            </w:pPr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480215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84DEDB" w14:textId="27A01CF2" w:rsidR="00B04257" w:rsidRDefault="00B04257"/>
        </w:tc>
      </w:tr>
      <w:tr w:rsidR="00B04257" w14:paraId="71A0839D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CB4584" w14:textId="77777777" w:rsidR="00B04257" w:rsidRDefault="004105A1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  <w:proofErr w:type="spellStart"/>
            <w:r>
              <w:rPr>
                <w:rFonts w:ascii="ＭＳ 明朝" w:eastAsia="ＭＳ 明朝" w:hAnsi="ＭＳ 明朝" w:hint="eastAsia"/>
              </w:rPr>
              <w:t>ブース装飾代</w:t>
            </w:r>
            <w:proofErr w:type="spellEnd"/>
          </w:p>
          <w:p w14:paraId="31C02B9C" w14:textId="77777777" w:rsidR="00C3327D" w:rsidRDefault="00C3327D">
            <w:pPr>
              <w:rPr>
                <w:lang w:eastAsia="ja-JP"/>
              </w:rPr>
            </w:pPr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55CFFF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1938AF" w14:textId="44833D2A" w:rsidR="00B04257" w:rsidRDefault="00B04257">
            <w:pPr>
              <w:rPr>
                <w:lang w:eastAsia="ja-JP"/>
              </w:rPr>
            </w:pPr>
          </w:p>
        </w:tc>
      </w:tr>
      <w:tr w:rsidR="00B04257" w14:paraId="4CF9CC50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D51A2B" w14:textId="77777777" w:rsidR="00B04257" w:rsidRDefault="004105A1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proofErr w:type="spellStart"/>
            <w:r>
              <w:rPr>
                <w:rFonts w:ascii="ＭＳ 明朝" w:eastAsia="ＭＳ 明朝" w:hAnsi="ＭＳ 明朝" w:hint="eastAsia"/>
              </w:rPr>
              <w:t>備品レンタル料</w:t>
            </w:r>
            <w:proofErr w:type="spellEnd"/>
          </w:p>
          <w:p w14:paraId="35E60969" w14:textId="77777777" w:rsidR="00C3327D" w:rsidRDefault="00C3327D">
            <w:pPr>
              <w:rPr>
                <w:lang w:eastAsia="ja-JP"/>
              </w:rPr>
            </w:pPr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03BFDC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E4360A" w14:textId="79CE5882" w:rsidR="00B04257" w:rsidRDefault="00B04257">
            <w:pPr>
              <w:rPr>
                <w:lang w:eastAsia="ja-JP"/>
              </w:rPr>
            </w:pPr>
          </w:p>
        </w:tc>
      </w:tr>
      <w:tr w:rsidR="00B04257" w14:paraId="24B472F2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04E42A" w14:textId="77777777" w:rsidR="00B04257" w:rsidRDefault="004105A1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④</w:t>
            </w:r>
            <w:proofErr w:type="spellStart"/>
            <w:r>
              <w:rPr>
                <w:rFonts w:ascii="ＭＳ 明朝" w:eastAsia="ＭＳ 明朝" w:hAnsi="ＭＳ 明朝" w:hint="eastAsia"/>
              </w:rPr>
              <w:t>広報物製作費</w:t>
            </w:r>
            <w:proofErr w:type="spellEnd"/>
          </w:p>
          <w:p w14:paraId="261FF91F" w14:textId="77777777" w:rsidR="00C3327D" w:rsidRDefault="00C3327D">
            <w:pPr>
              <w:rPr>
                <w:lang w:eastAsia="ja-JP"/>
              </w:rPr>
            </w:pPr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A4EEDB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6C242B" w14:textId="7C2674C6" w:rsidR="00B04257" w:rsidRDefault="00B04257">
            <w:pPr>
              <w:rPr>
                <w:lang w:eastAsia="ja-JP"/>
              </w:rPr>
            </w:pPr>
          </w:p>
        </w:tc>
      </w:tr>
      <w:tr w:rsidR="00B04257" w14:paraId="1F1973FA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5AA980" w14:textId="77777777" w:rsidR="00B04257" w:rsidRDefault="004105A1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</w:rPr>
              <w:t>⑤</w:t>
            </w:r>
            <w:proofErr w:type="spellStart"/>
            <w:r>
              <w:rPr>
                <w:rFonts w:ascii="ＭＳ 明朝" w:eastAsia="ＭＳ 明朝" w:hAnsi="ＭＳ 明朝" w:hint="eastAsia"/>
              </w:rPr>
              <w:t>運搬費用</w:t>
            </w:r>
            <w:proofErr w:type="spellEnd"/>
          </w:p>
          <w:p w14:paraId="39AA61EA" w14:textId="77777777" w:rsidR="00C3327D" w:rsidRDefault="00C3327D">
            <w:pPr>
              <w:rPr>
                <w:lang w:eastAsia="ja-JP"/>
              </w:rPr>
            </w:pPr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7B2A18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0ABDA1" w14:textId="426C5A29" w:rsidR="00B04257" w:rsidRDefault="00B04257">
            <w:pPr>
              <w:rPr>
                <w:lang w:eastAsia="ja-JP"/>
              </w:rPr>
            </w:pPr>
          </w:p>
        </w:tc>
      </w:tr>
      <w:tr w:rsidR="00B04257" w14:paraId="6C65C111" w14:textId="77777777">
        <w:trPr>
          <w:jc w:val="center"/>
        </w:trPr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82F0EC" w14:textId="77777777" w:rsidR="00B04257" w:rsidRDefault="004105A1">
            <w:r>
              <w:rPr>
                <w:rFonts w:ascii="ＭＳ 明朝" w:eastAsia="ＭＳ 明朝" w:hAnsi="ＭＳ 明朝" w:hint="eastAsia"/>
              </w:rPr>
              <w:t>⑥</w:t>
            </w:r>
            <w:proofErr w:type="spellStart"/>
            <w:r>
              <w:rPr>
                <w:rFonts w:ascii="ＭＳ 明朝" w:eastAsia="ＭＳ 明朝" w:hAnsi="ＭＳ 明朝" w:hint="eastAsia"/>
              </w:rPr>
              <w:t>その他経費</w:t>
            </w:r>
            <w:proofErr w:type="spellEnd"/>
          </w:p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6162ED" w14:textId="77777777" w:rsidR="00B04257" w:rsidRDefault="00B04257"/>
        </w:tc>
        <w:tc>
          <w:tcPr>
            <w:tcW w:w="312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1D0C17" w14:textId="65885F93" w:rsidR="00B04257" w:rsidRDefault="00C3327D">
            <w:pPr>
              <w:rPr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※</w:t>
            </w:r>
            <w:r w:rsidR="004105A1">
              <w:rPr>
                <w:rFonts w:ascii="ＭＳ 明朝" w:eastAsia="ＭＳ 明朝" w:hAnsi="ＭＳ 明朝" w:hint="eastAsia"/>
                <w:lang w:eastAsia="ja-JP"/>
              </w:rPr>
              <w:t>事前に大津商工会議所との協議にて認めた経費</w:t>
            </w:r>
          </w:p>
        </w:tc>
      </w:tr>
      <w:tr w:rsidR="00B04257" w14:paraId="032AEFCD" w14:textId="77777777" w:rsidTr="004105A1">
        <w:trPr>
          <w:jc w:val="center"/>
        </w:trPr>
        <w:tc>
          <w:tcPr>
            <w:tcW w:w="3120" w:type="dxa"/>
            <w:tcBorders>
              <w:bottom w:val="doub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368861" w14:textId="77777777" w:rsidR="00B04257" w:rsidRDefault="00B04257">
            <w:pPr>
              <w:rPr>
                <w:lang w:eastAsia="ja-JP"/>
              </w:rPr>
            </w:pPr>
          </w:p>
        </w:tc>
        <w:tc>
          <w:tcPr>
            <w:tcW w:w="3120" w:type="dxa"/>
            <w:tcBorders>
              <w:bottom w:val="doub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1ACAEE" w14:textId="77777777" w:rsidR="00B04257" w:rsidRDefault="00B04257">
            <w:pPr>
              <w:rPr>
                <w:lang w:eastAsia="ja-JP"/>
              </w:rPr>
            </w:pPr>
          </w:p>
        </w:tc>
        <w:tc>
          <w:tcPr>
            <w:tcW w:w="3120" w:type="dxa"/>
            <w:tcBorders>
              <w:bottom w:val="doub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E7D033" w14:textId="77777777" w:rsidR="00B04257" w:rsidRDefault="00B04257">
            <w:pPr>
              <w:rPr>
                <w:lang w:eastAsia="ja-JP"/>
              </w:rPr>
            </w:pPr>
          </w:p>
        </w:tc>
      </w:tr>
      <w:tr w:rsidR="00B04257" w14:paraId="471E1530" w14:textId="77777777" w:rsidTr="004105A1">
        <w:trPr>
          <w:jc w:val="center"/>
        </w:trPr>
        <w:tc>
          <w:tcPr>
            <w:tcW w:w="312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3E3296" w14:textId="77777777" w:rsidR="00B04257" w:rsidRDefault="004105A1">
            <w:pPr>
              <w:jc w:val="center"/>
            </w:pPr>
            <w:proofErr w:type="spellStart"/>
            <w:r>
              <w:rPr>
                <w:rFonts w:ascii="ＭＳ ゴシック" w:eastAsia="ＭＳ ゴシック" w:hAnsi="ＭＳ ゴシック" w:hint="eastAsia"/>
                <w:b/>
              </w:rPr>
              <w:t>支出合計</w:t>
            </w:r>
            <w:proofErr w:type="spellEnd"/>
          </w:p>
        </w:tc>
        <w:tc>
          <w:tcPr>
            <w:tcW w:w="312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27774A" w14:textId="77777777" w:rsidR="00B04257" w:rsidRDefault="00B04257"/>
        </w:tc>
        <w:tc>
          <w:tcPr>
            <w:tcW w:w="312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1837B7" w14:textId="77777777" w:rsidR="00B04257" w:rsidRDefault="00B04257"/>
        </w:tc>
      </w:tr>
    </w:tbl>
    <w:p w14:paraId="681FA4A2" w14:textId="77777777" w:rsidR="004105A1" w:rsidRDefault="004105A1"/>
    <w:sectPr w:rsidR="004105A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0929681">
    <w:abstractNumId w:val="8"/>
  </w:num>
  <w:num w:numId="2" w16cid:durableId="1533690326">
    <w:abstractNumId w:val="6"/>
  </w:num>
  <w:num w:numId="3" w16cid:durableId="1457796604">
    <w:abstractNumId w:val="5"/>
  </w:num>
  <w:num w:numId="4" w16cid:durableId="1074282931">
    <w:abstractNumId w:val="4"/>
  </w:num>
  <w:num w:numId="5" w16cid:durableId="1258488348">
    <w:abstractNumId w:val="7"/>
  </w:num>
  <w:num w:numId="6" w16cid:durableId="637565913">
    <w:abstractNumId w:val="3"/>
  </w:num>
  <w:num w:numId="7" w16cid:durableId="639461594">
    <w:abstractNumId w:val="2"/>
  </w:num>
  <w:num w:numId="8" w16cid:durableId="1885024295">
    <w:abstractNumId w:val="1"/>
  </w:num>
  <w:num w:numId="9" w16cid:durableId="319306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7D6"/>
    <w:rsid w:val="0015074B"/>
    <w:rsid w:val="0029639D"/>
    <w:rsid w:val="00326F90"/>
    <w:rsid w:val="004105A1"/>
    <w:rsid w:val="00525B93"/>
    <w:rsid w:val="00876FC0"/>
    <w:rsid w:val="00AA1D8D"/>
    <w:rsid w:val="00AD4CFB"/>
    <w:rsid w:val="00B04257"/>
    <w:rsid w:val="00B47730"/>
    <w:rsid w:val="00C3327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CAB62E"/>
  <w14:defaultImageDpi w14:val="300"/>
  <w15:docId w15:val="{71936893-9A2F-484C-9107-7666EB62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尾中 章洋</cp:lastModifiedBy>
  <cp:revision>4</cp:revision>
  <dcterms:created xsi:type="dcterms:W3CDTF">2013-12-23T23:15:00Z</dcterms:created>
  <dcterms:modified xsi:type="dcterms:W3CDTF">2026-09-08T00:04:00Z</dcterms:modified>
  <cp:category/>
</cp:coreProperties>
</file>